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الناقة في المعلقات العشر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كبيش سامية/ بن الذيب منير(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البيئة الجاهلية/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