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الجواري في الأندلس -عصر ملوك الطوائف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لمزري زينب/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الجارية/ عصر ملوك الطوائف/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