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المفاعيل في القرآن الكريم :دراسة نحوية دلالية جزء عم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حليمة/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المفعول المطلق/ المفعول به/ المفعول معه/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