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نفور طلبة الجامعة من مادة النحو والصرف - دراسة في الأسباب والبدائل المقترحة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بولحموتة نورة/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النحو العلمي/ النحو التعليمي/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