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التوجه الصوفي في شغر الغزليين العذريين قيس بن الملوح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نبيلة/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الغزل/ التصوف/ الحب العذري/ الحب الالهي/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