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المضمون الثقافي في شعر المتنبي دراسة في الأنساق المضمرة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عتمة أحلام/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الأنساق الثقافية/ الدراسات الثقافية/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