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وتكنولوجيا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رسومات- 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11115041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