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العلوم الإنسانية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جامعة محمد خيضر بسكرة/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محمد خيضر - بسكرة/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11123176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