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منتدى الطالب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المديرية الفرعية للأنشطة العلمية والثقافية والرياضية بجامعة باتنة/ أ.د.زيرق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0511508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