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الصوفي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مخبر الخطاب الصوفي في اللغة والأدب/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الجزائر 03/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1112797X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