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الابتعاث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وزارة التعليم العالي - المملكة العربية السعودية -/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التعليم العالي/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01127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الابتعاث/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