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التعلم الإلكتروني والتعليم عن بعد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التعليم العالي - المملكة العربية السعودية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التعليم العالي/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01132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