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الذكرى الأولى لتأسيس مجلس الأمة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الوطنية للإتصال والنشر والاشهار/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07016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