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أعمال الملتقى الدولي الثاني حول أثار التجارب النووية في العالم - صحراء الجزائر 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نيسو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 , نسب مئوية , 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صحراء الجزائر/ التجارب النووية/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