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قضايا الصحة والبيئة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مجلس الأمة/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البيئة/ الصحة/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