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القبائل الأمازيغية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بوزياني الدراجي/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القبائل الأمازيغية/ القبائل البترية/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