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الشورى لاتحاد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بولحية/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مجلس الشورى/ الشعبة البرلمانية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