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في التاريخ عن الجزائر من الدوريات الامريكية والبريطانية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المركز الوطني للدراسات والبحث في الحركة الوطنية وثورة أول نوفمبر 1954/ أبو القاسم سعد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الوطني للدراسات والبحث في الحركة الوطنية وثورة أول نوفمبر 1954/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9789947995044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التاريخ/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