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مراكز جبهة وجيش التحرير بولاية ميلة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الصادق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و جداول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00141311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