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مراكز التمييز البحثي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التعليم العالي - المملكة العربية السعودية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التعليم العالي/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01133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