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إطلالة سياحية من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مديرية السياحة لولاية ميلة/ ميلود جغام/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الأهرام/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