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الثوري الملحون في ولاية ميلة 54 - 62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الكريم بوالصفصاف/ مديرية المجاهدين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مديرية المجاهدين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الشعر الثوري الملحون/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