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 الفاتح العظيم أبو المهاجر دينار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مديرية السياحة لولاية ميلة/ ميلود جغام/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مديرية السياحة لولاية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07018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