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العالي الأهلي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01129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