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مع الأمير عبد القادر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أبو القاسم سعد الله/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الوطني للدراسات والبحث في الحركة الوطنية وثورة أول نوفمبر 1954/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20*12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تواتر</w:t>
            </w:r>
          </w:p>
        </w:tc>
        <w:tc>
          <w:tcPr>
            <w:tcW w:type="dxa" w:w="7000"/>
          </w:tcPr>
          <w:p>
            <w:r>
              <w:t>بدون تواتر (غير منتظمة)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06017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الأمير عبد القادر/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