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جمهورية ألمانيا الفيدرالية والثورة الجزائرية 1954- 1962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جون بول كاهن/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الثورة الجزائرية/ ألمانيا الفدرالية/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