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على خطى الأجداد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الشريف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06078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