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الشعائر الدينية حرية ممارستها حق يكفله الدين والقانون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الإمام/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