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الفقه المالكي في بلاد توات :إجتهادا وتدريسا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