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فصل الصحراء في السياسة الاستعمارية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الصحراء/ الإستعمار الفرنسي/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