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ميلاد الجمهورية الجزائرية والإعتراف 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المجيد بلخروبي/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المنظومة الفرنسية/ الجمهورية الجزائرية/ الحكومة المؤقتة/ الإستقلال/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