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الشاب الجزائري :الجزائر من المستعمرة إلى المقاطعة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الحضارة/ الخدمة العسكرية/ هجرة الجزائريين/ الأعراق/ الأخلاق/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