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ليل الإستعمار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فرحات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الثورة/ الإستعمار/ حرب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