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والمالي... المشكلة وسبل العلاج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العلوم الاقتصاية وعلوم التسيير/ د. إبراهيم توهامي/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المالي/ الفساد الإداري/ مكافحة الفساد/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