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الفلاقة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الرائد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الفلاقة/ الرائد عز الدين/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