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الفتوى : بين الضوابط الشرعية وتحديات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تلمسان/ الفتوى/ الضوابط الشرعية/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