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الإسلام في مواجهة العنف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وزارة الشؤون الدينية والأوقاف/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وزارة الشؤون الدينية/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441ص.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تواتر</w:t>
            </w:r>
          </w:p>
        </w:tc>
        <w:tc>
          <w:tcPr>
            <w:tcW w:type="dxa" w:w="7000"/>
          </w:tcPr>
          <w:p>
            <w:r>
              <w:t>بدون تواتر (غير منتظمة)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06067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الإسلام/ العنف الواقعي/ تلمسان/ العنف الديني/ الحوار الديني/ الإرهاب/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