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تحت قبة البرلمان كلمات ومواقف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مجلس الأمة/ البرلمان/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