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الجزائر 1999 - 2008 : عقد من الانجازات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الالية الإفريقية من قبل النظراء . الجزائر/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الألية الإفريقية للتقييم من قبل النظراء . الجزائر/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صور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تواتر</w:t>
            </w:r>
          </w:p>
        </w:tc>
        <w:tc>
          <w:tcPr>
            <w:tcW w:type="dxa" w:w="7000"/>
          </w:tcPr>
          <w:p>
            <w:r>
              <w:t>بدون تواتر (غير منتظمة)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06061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التنمية/ الديمقراطية/ الحكامة/ التسيير الإقتصادي/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