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القادر المجاوي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عبد القادر المجاوي/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