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مالك بن نبي : استشراف المستقبل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الثقافة/ تلمسان/ مالك بن نبي/ الفكر الإقتصادي/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