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تلمسان الذاكرة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براهامي نصر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9789947834060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