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Ziani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Zaki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CPS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9961771001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histoire/ les lumières/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