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علماء الساورة في خدمة الثقافة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