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عبد العزيز بوتفليقة : خطب ورسائل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العزيز بوتفليقة/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مديرية الصحافة و الاتصال/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المستدامة/ عبد العزيز بوتفليقة/ خطب/ رسائل/ الطاقة النووية/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