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الثورة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وزارة المجاهدين/ كابوية عبد الرحمان/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دحلب/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الأرض المهداة/ ثورة الجزائر/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