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زيغود يوسف ك الذي عرفته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إبراهيم سلطان شيبوط/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, خرائط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زيغود يوسف/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