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حملة الحقائب : المقاومة الفرنسية ضد حرب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أ.كابوية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حرب الجزائر/ المقاومة الفرنسية/ التملص/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