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أروبيون : اهالي ويهود بالجزائر 1830-1962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كمال كاتب/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, خلاائط , منحنيات بيانية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النظام الإستعماري/ استيطان الأوروبيين/ الجزائر العصرية/ حركة التمرد/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