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دون حقد ولاتعصب : صفحات من تاريخ الجزائر المحاربة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حمود شايد/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الطفولة/ سنوات الكفاح/ جيش الحدود/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